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85D04" w14:textId="77777777" w:rsidR="00B51F13" w:rsidRPr="00C131C7" w:rsidRDefault="00000000" w:rsidP="00C131C7">
      <w:pPr>
        <w:pStyle w:val="Nagwek1"/>
        <w:jc w:val="center"/>
        <w:rPr>
          <w:color w:val="auto"/>
          <w:sz w:val="24"/>
          <w:szCs w:val="24"/>
        </w:rPr>
      </w:pPr>
      <w:r w:rsidRPr="00C131C7">
        <w:rPr>
          <w:color w:val="auto"/>
          <w:sz w:val="24"/>
          <w:szCs w:val="24"/>
        </w:rPr>
        <w:t>WNIOSEK O ZWROT PONIESIONYCH KOSZTÓW W RAMACH PROJEKTU</w:t>
      </w:r>
    </w:p>
    <w:p w14:paraId="057DA245" w14:textId="77777777" w:rsidR="00C131C7" w:rsidRPr="00C131C7" w:rsidRDefault="00C131C7" w:rsidP="00C131C7"/>
    <w:p w14:paraId="60F52C1B" w14:textId="77777777" w:rsidR="00B51F13" w:rsidRPr="00C131C7" w:rsidRDefault="00000000">
      <w:pPr>
        <w:rPr>
          <w:sz w:val="20"/>
          <w:szCs w:val="20"/>
        </w:rPr>
      </w:pPr>
      <w:r w:rsidRPr="00C131C7">
        <w:rPr>
          <w:sz w:val="20"/>
          <w:szCs w:val="20"/>
        </w:rPr>
        <w:t>Miejscowość, data: __________________________________________</w:t>
      </w:r>
    </w:p>
    <w:p w14:paraId="38A9F6DA" w14:textId="77777777" w:rsidR="00B51F13" w:rsidRPr="00C131C7" w:rsidRDefault="00000000">
      <w:pPr>
        <w:rPr>
          <w:sz w:val="20"/>
          <w:szCs w:val="20"/>
        </w:rPr>
      </w:pPr>
      <w:r w:rsidRPr="00C131C7">
        <w:rPr>
          <w:sz w:val="20"/>
          <w:szCs w:val="20"/>
        </w:rPr>
        <w:t>Imię i nazwisko wnioskodawcy: __________________________________________</w:t>
      </w:r>
    </w:p>
    <w:p w14:paraId="6B6FEA60" w14:textId="77777777" w:rsidR="00B51F13" w:rsidRPr="00C131C7" w:rsidRDefault="00000000">
      <w:pPr>
        <w:rPr>
          <w:sz w:val="20"/>
          <w:szCs w:val="20"/>
        </w:rPr>
      </w:pPr>
      <w:r w:rsidRPr="00C131C7">
        <w:rPr>
          <w:sz w:val="20"/>
          <w:szCs w:val="20"/>
        </w:rPr>
        <w:t>Adres wnioskodawcy: __________________________________________</w:t>
      </w:r>
    </w:p>
    <w:p w14:paraId="3F7F5545" w14:textId="77777777" w:rsidR="00B51F13" w:rsidRPr="00C131C7" w:rsidRDefault="00000000">
      <w:pPr>
        <w:rPr>
          <w:sz w:val="20"/>
          <w:szCs w:val="20"/>
        </w:rPr>
      </w:pPr>
      <w:r w:rsidRPr="00C131C7">
        <w:rPr>
          <w:sz w:val="20"/>
          <w:szCs w:val="20"/>
        </w:rPr>
        <w:t>Adres e-mail: __________________________________________</w:t>
      </w:r>
    </w:p>
    <w:p w14:paraId="12F6FD3A" w14:textId="77777777" w:rsidR="00B51F13" w:rsidRPr="00C131C7" w:rsidRDefault="00000000">
      <w:pPr>
        <w:rPr>
          <w:sz w:val="20"/>
          <w:szCs w:val="20"/>
        </w:rPr>
      </w:pPr>
      <w:r w:rsidRPr="00C131C7">
        <w:rPr>
          <w:sz w:val="20"/>
          <w:szCs w:val="20"/>
        </w:rPr>
        <w:t>Numer konta bankowego (IBAN): __________________________________________</w:t>
      </w:r>
    </w:p>
    <w:p w14:paraId="285D66A6" w14:textId="77777777" w:rsidR="00B51F13" w:rsidRPr="00C131C7" w:rsidRDefault="00000000">
      <w:pPr>
        <w:rPr>
          <w:sz w:val="20"/>
          <w:szCs w:val="20"/>
        </w:rPr>
      </w:pPr>
      <w:r w:rsidRPr="00C131C7">
        <w:rPr>
          <w:sz w:val="20"/>
          <w:szCs w:val="20"/>
        </w:rPr>
        <w:t>Waluta konta: __________________________________________</w:t>
      </w:r>
    </w:p>
    <w:p w14:paraId="2237BA36" w14:textId="77777777" w:rsidR="00B51F13" w:rsidRPr="00C131C7" w:rsidRDefault="00000000">
      <w:pPr>
        <w:rPr>
          <w:sz w:val="20"/>
          <w:szCs w:val="20"/>
        </w:rPr>
      </w:pPr>
      <w:r w:rsidRPr="00C131C7">
        <w:rPr>
          <w:sz w:val="20"/>
          <w:szCs w:val="20"/>
        </w:rPr>
        <w:t>Nazwa banku: __________________________________________</w:t>
      </w:r>
    </w:p>
    <w:p w14:paraId="4EEF5D2B" w14:textId="77777777" w:rsidR="00B51F13" w:rsidRPr="00C131C7" w:rsidRDefault="00000000">
      <w:pPr>
        <w:rPr>
          <w:sz w:val="20"/>
          <w:szCs w:val="20"/>
        </w:rPr>
      </w:pPr>
      <w:r w:rsidRPr="00C131C7">
        <w:rPr>
          <w:sz w:val="20"/>
          <w:szCs w:val="20"/>
        </w:rPr>
        <w:t>SWIFT: __________________________________________</w:t>
      </w:r>
    </w:p>
    <w:p w14:paraId="4FD61343" w14:textId="77777777" w:rsidR="00B51F13" w:rsidRPr="00C131C7" w:rsidRDefault="00000000">
      <w:pPr>
        <w:rPr>
          <w:sz w:val="20"/>
          <w:szCs w:val="20"/>
        </w:rPr>
      </w:pPr>
      <w:r w:rsidRPr="00C131C7">
        <w:rPr>
          <w:sz w:val="20"/>
          <w:szCs w:val="20"/>
        </w:rPr>
        <w:t>Właściciel konta: __________________________________________</w:t>
      </w:r>
    </w:p>
    <w:p w14:paraId="62ADC69B" w14:textId="05B66100" w:rsidR="00B51F13" w:rsidRPr="00C131C7" w:rsidRDefault="00000000">
      <w:pPr>
        <w:rPr>
          <w:sz w:val="20"/>
          <w:szCs w:val="20"/>
        </w:rPr>
      </w:pPr>
      <w:r w:rsidRPr="00C131C7">
        <w:rPr>
          <w:sz w:val="20"/>
          <w:szCs w:val="20"/>
        </w:rPr>
        <w:t xml:space="preserve">Dotyczy </w:t>
      </w:r>
      <w:proofErr w:type="spellStart"/>
      <w:r w:rsidRPr="00C131C7">
        <w:rPr>
          <w:sz w:val="20"/>
          <w:szCs w:val="20"/>
        </w:rPr>
        <w:t>projektu</w:t>
      </w:r>
      <w:proofErr w:type="spellEnd"/>
      <w:r w:rsidRPr="00C131C7">
        <w:rPr>
          <w:sz w:val="20"/>
          <w:szCs w:val="20"/>
        </w:rPr>
        <w:t>/</w:t>
      </w:r>
      <w:proofErr w:type="spellStart"/>
      <w:r w:rsidRPr="00C131C7">
        <w:rPr>
          <w:sz w:val="20"/>
          <w:szCs w:val="20"/>
        </w:rPr>
        <w:t>wydarzenia</w:t>
      </w:r>
      <w:proofErr w:type="spellEnd"/>
      <w:r w:rsidRPr="00C131C7">
        <w:rPr>
          <w:sz w:val="20"/>
          <w:szCs w:val="20"/>
        </w:rPr>
        <w:t>: ____________________________________________________________</w:t>
      </w:r>
    </w:p>
    <w:p w14:paraId="3FA91D46" w14:textId="77777777" w:rsidR="00B51F13" w:rsidRPr="00C131C7" w:rsidRDefault="00000000">
      <w:pPr>
        <w:rPr>
          <w:sz w:val="20"/>
          <w:szCs w:val="20"/>
        </w:rPr>
      </w:pPr>
      <w:r w:rsidRPr="00C131C7">
        <w:rPr>
          <w:sz w:val="20"/>
          <w:szCs w:val="20"/>
        </w:rPr>
        <w:t>Data realizacji kosztów (od–do): ____________________________</w:t>
      </w:r>
    </w:p>
    <w:p w14:paraId="60090721" w14:textId="06B0C125" w:rsidR="00B51F13" w:rsidRPr="00C131C7" w:rsidRDefault="00000000" w:rsidP="00C131C7">
      <w:pPr>
        <w:jc w:val="center"/>
        <w:rPr>
          <w:b/>
          <w:bCs/>
          <w:sz w:val="20"/>
          <w:szCs w:val="20"/>
        </w:rPr>
      </w:pPr>
      <w:r w:rsidRPr="00C131C7">
        <w:rPr>
          <w:sz w:val="20"/>
          <w:szCs w:val="20"/>
        </w:rPr>
        <w:br/>
      </w:r>
      <w:proofErr w:type="spellStart"/>
      <w:r w:rsidRPr="00C131C7">
        <w:rPr>
          <w:b/>
          <w:bCs/>
          <w:sz w:val="20"/>
          <w:szCs w:val="20"/>
        </w:rPr>
        <w:t>Zestawienie</w:t>
      </w:r>
      <w:proofErr w:type="spellEnd"/>
      <w:r w:rsidRPr="00C131C7">
        <w:rPr>
          <w:b/>
          <w:bCs/>
          <w:sz w:val="20"/>
          <w:szCs w:val="20"/>
        </w:rPr>
        <w:t xml:space="preserve"> </w:t>
      </w:r>
      <w:proofErr w:type="spellStart"/>
      <w:r w:rsidRPr="00C131C7">
        <w:rPr>
          <w:b/>
          <w:bCs/>
          <w:sz w:val="20"/>
          <w:szCs w:val="20"/>
        </w:rPr>
        <w:t>dokumentów</w:t>
      </w:r>
      <w:proofErr w:type="spellEnd"/>
      <w:r w:rsidRPr="00C131C7">
        <w:rPr>
          <w:b/>
          <w:bCs/>
          <w:sz w:val="20"/>
          <w:szCs w:val="20"/>
        </w:rPr>
        <w:t xml:space="preserve"> </w:t>
      </w:r>
      <w:proofErr w:type="spellStart"/>
      <w:r w:rsidRPr="00C131C7">
        <w:rPr>
          <w:b/>
          <w:bCs/>
          <w:sz w:val="20"/>
          <w:szCs w:val="20"/>
        </w:rPr>
        <w:t>księgowych</w:t>
      </w:r>
      <w:proofErr w:type="spellEnd"/>
      <w:r w:rsidRPr="00C131C7">
        <w:rPr>
          <w:b/>
          <w:bCs/>
          <w:sz w:val="20"/>
          <w:szCs w:val="20"/>
        </w:rPr>
        <w:t xml:space="preserve"> </w:t>
      </w:r>
      <w:proofErr w:type="spellStart"/>
      <w:r w:rsidRPr="00C131C7">
        <w:rPr>
          <w:b/>
          <w:bCs/>
          <w:sz w:val="20"/>
          <w:szCs w:val="20"/>
        </w:rPr>
        <w:t>podlegających</w:t>
      </w:r>
      <w:proofErr w:type="spellEnd"/>
      <w:r w:rsidRPr="00C131C7">
        <w:rPr>
          <w:b/>
          <w:bCs/>
          <w:sz w:val="20"/>
          <w:szCs w:val="20"/>
        </w:rPr>
        <w:t xml:space="preserve"> refundacji: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B51F13" w:rsidRPr="00C131C7" w14:paraId="5DB82123" w14:textId="77777777">
        <w:tc>
          <w:tcPr>
            <w:tcW w:w="1728" w:type="dxa"/>
          </w:tcPr>
          <w:p w14:paraId="55635FBE" w14:textId="77777777" w:rsidR="00B51F13" w:rsidRPr="00C131C7" w:rsidRDefault="00000000">
            <w:pPr>
              <w:rPr>
                <w:sz w:val="20"/>
                <w:szCs w:val="20"/>
              </w:rPr>
            </w:pPr>
            <w:r w:rsidRPr="00C131C7">
              <w:rPr>
                <w:sz w:val="20"/>
                <w:szCs w:val="20"/>
              </w:rPr>
              <w:t>Rodzaj kosztu</w:t>
            </w:r>
          </w:p>
        </w:tc>
        <w:tc>
          <w:tcPr>
            <w:tcW w:w="1728" w:type="dxa"/>
          </w:tcPr>
          <w:p w14:paraId="605CE54C" w14:textId="77777777" w:rsidR="00B51F13" w:rsidRPr="00C131C7" w:rsidRDefault="00000000">
            <w:pPr>
              <w:rPr>
                <w:sz w:val="20"/>
                <w:szCs w:val="20"/>
              </w:rPr>
            </w:pPr>
            <w:r w:rsidRPr="00C131C7">
              <w:rPr>
                <w:sz w:val="20"/>
                <w:szCs w:val="20"/>
              </w:rPr>
              <w:t>Opis / numer dokumentu</w:t>
            </w:r>
          </w:p>
        </w:tc>
        <w:tc>
          <w:tcPr>
            <w:tcW w:w="1728" w:type="dxa"/>
          </w:tcPr>
          <w:p w14:paraId="66D57650" w14:textId="77777777" w:rsidR="00B51F13" w:rsidRPr="00C131C7" w:rsidRDefault="00000000">
            <w:pPr>
              <w:rPr>
                <w:sz w:val="20"/>
                <w:szCs w:val="20"/>
              </w:rPr>
            </w:pPr>
            <w:r w:rsidRPr="00C131C7">
              <w:rPr>
                <w:sz w:val="20"/>
                <w:szCs w:val="20"/>
              </w:rPr>
              <w:t>Data poniesienia</w:t>
            </w:r>
          </w:p>
        </w:tc>
        <w:tc>
          <w:tcPr>
            <w:tcW w:w="1728" w:type="dxa"/>
          </w:tcPr>
          <w:p w14:paraId="2628D5DF" w14:textId="77777777" w:rsidR="00B51F13" w:rsidRPr="00C131C7" w:rsidRDefault="00000000">
            <w:pPr>
              <w:rPr>
                <w:sz w:val="20"/>
                <w:szCs w:val="20"/>
              </w:rPr>
            </w:pPr>
            <w:r w:rsidRPr="00C131C7">
              <w:rPr>
                <w:sz w:val="20"/>
                <w:szCs w:val="20"/>
              </w:rPr>
              <w:t>Kwota</w:t>
            </w:r>
          </w:p>
        </w:tc>
        <w:tc>
          <w:tcPr>
            <w:tcW w:w="1728" w:type="dxa"/>
          </w:tcPr>
          <w:p w14:paraId="07A19AB1" w14:textId="77777777" w:rsidR="00B51F13" w:rsidRPr="00C131C7" w:rsidRDefault="00000000">
            <w:pPr>
              <w:rPr>
                <w:sz w:val="20"/>
                <w:szCs w:val="20"/>
              </w:rPr>
            </w:pPr>
            <w:r w:rsidRPr="00C131C7">
              <w:rPr>
                <w:sz w:val="20"/>
                <w:szCs w:val="20"/>
              </w:rPr>
              <w:t>Waluta</w:t>
            </w:r>
          </w:p>
        </w:tc>
      </w:tr>
      <w:tr w:rsidR="00B51F13" w:rsidRPr="00C131C7" w14:paraId="068DB8F4" w14:textId="77777777">
        <w:tc>
          <w:tcPr>
            <w:tcW w:w="1728" w:type="dxa"/>
          </w:tcPr>
          <w:p w14:paraId="7BDC1553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452B1AA5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21AA11C5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147886A4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6ED1ED69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</w:tr>
      <w:tr w:rsidR="00B51F13" w:rsidRPr="00C131C7" w14:paraId="1889B367" w14:textId="77777777">
        <w:tc>
          <w:tcPr>
            <w:tcW w:w="1728" w:type="dxa"/>
          </w:tcPr>
          <w:p w14:paraId="05FD1A06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59DC0031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6800317D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6A777282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0370C6DD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</w:tr>
      <w:tr w:rsidR="00B51F13" w:rsidRPr="00C131C7" w14:paraId="2D046744" w14:textId="77777777">
        <w:tc>
          <w:tcPr>
            <w:tcW w:w="1728" w:type="dxa"/>
          </w:tcPr>
          <w:p w14:paraId="75B422D9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1AA9D406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0037A0F5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71268203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6D5690F8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</w:tr>
      <w:tr w:rsidR="00B51F13" w:rsidRPr="00C131C7" w14:paraId="77EC5557" w14:textId="77777777">
        <w:tc>
          <w:tcPr>
            <w:tcW w:w="1728" w:type="dxa"/>
          </w:tcPr>
          <w:p w14:paraId="1CFA6835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4D7C7E30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3C01D579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2D675B39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7123727F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</w:tr>
      <w:tr w:rsidR="00B51F13" w:rsidRPr="00C131C7" w14:paraId="30463E56" w14:textId="77777777">
        <w:tc>
          <w:tcPr>
            <w:tcW w:w="1728" w:type="dxa"/>
          </w:tcPr>
          <w:p w14:paraId="4092D754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5C5B7A92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3C7A10B3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31DF7ED1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14:paraId="6610DEF5" w14:textId="77777777" w:rsidR="00B51F13" w:rsidRPr="00C131C7" w:rsidRDefault="00B51F13">
            <w:pPr>
              <w:rPr>
                <w:sz w:val="20"/>
                <w:szCs w:val="20"/>
              </w:rPr>
            </w:pPr>
          </w:p>
        </w:tc>
      </w:tr>
    </w:tbl>
    <w:p w14:paraId="318609E7" w14:textId="77777777" w:rsidR="00C131C7" w:rsidRPr="00C131C7" w:rsidRDefault="00C131C7">
      <w:pPr>
        <w:rPr>
          <w:sz w:val="20"/>
          <w:szCs w:val="20"/>
        </w:rPr>
      </w:pPr>
    </w:p>
    <w:p w14:paraId="11D24136" w14:textId="7F2B0C5B" w:rsidR="00B51F13" w:rsidRPr="00C131C7" w:rsidRDefault="00000000">
      <w:pPr>
        <w:rPr>
          <w:sz w:val="20"/>
          <w:szCs w:val="20"/>
        </w:rPr>
      </w:pPr>
      <w:r w:rsidRPr="00C131C7">
        <w:rPr>
          <w:sz w:val="20"/>
          <w:szCs w:val="20"/>
        </w:rPr>
        <w:t>RAZEM DO REFUNDACJI: _____________________________</w:t>
      </w:r>
    </w:p>
    <w:p w14:paraId="4A1C7189" w14:textId="77777777" w:rsidR="00B51F13" w:rsidRPr="00C131C7" w:rsidRDefault="00000000">
      <w:pPr>
        <w:rPr>
          <w:sz w:val="20"/>
          <w:szCs w:val="20"/>
        </w:rPr>
      </w:pPr>
      <w:r>
        <w:br/>
      </w:r>
      <w:r w:rsidRPr="00C131C7">
        <w:rPr>
          <w:sz w:val="20"/>
          <w:szCs w:val="20"/>
        </w:rPr>
        <w:t>Do wniosku dołączam:</w:t>
      </w:r>
    </w:p>
    <w:p w14:paraId="403C6219" w14:textId="77777777" w:rsidR="00B51F13" w:rsidRPr="00C131C7" w:rsidRDefault="00000000">
      <w:pPr>
        <w:rPr>
          <w:sz w:val="20"/>
          <w:szCs w:val="20"/>
        </w:rPr>
      </w:pPr>
      <w:r w:rsidRPr="00C131C7">
        <w:rPr>
          <w:sz w:val="20"/>
          <w:szCs w:val="20"/>
        </w:rPr>
        <w:t>1. Faktury / rachunki – sztuk: ____________</w:t>
      </w:r>
    </w:p>
    <w:p w14:paraId="678C1DF0" w14:textId="77777777" w:rsidR="00B51F13" w:rsidRPr="00C131C7" w:rsidRDefault="00000000">
      <w:pPr>
        <w:rPr>
          <w:sz w:val="20"/>
          <w:szCs w:val="20"/>
        </w:rPr>
      </w:pPr>
      <w:r w:rsidRPr="00C131C7">
        <w:rPr>
          <w:sz w:val="20"/>
          <w:szCs w:val="20"/>
        </w:rPr>
        <w:t>2. Inne dokumenty potwierdzające poniesione koszty – sztuk: ____________</w:t>
      </w:r>
    </w:p>
    <w:p w14:paraId="05657D9F" w14:textId="77777777" w:rsidR="00B51F13" w:rsidRPr="00C131C7" w:rsidRDefault="00000000">
      <w:pPr>
        <w:rPr>
          <w:sz w:val="20"/>
          <w:szCs w:val="20"/>
        </w:rPr>
      </w:pPr>
      <w:r w:rsidRPr="00C131C7">
        <w:rPr>
          <w:sz w:val="20"/>
          <w:szCs w:val="20"/>
        </w:rPr>
        <w:t>Razem załączników: ____________</w:t>
      </w:r>
    </w:p>
    <w:p w14:paraId="0C38B153" w14:textId="77777777" w:rsidR="00C131C7" w:rsidRPr="00C131C7" w:rsidRDefault="00000000">
      <w:pPr>
        <w:rPr>
          <w:b/>
          <w:bCs/>
          <w:sz w:val="20"/>
          <w:szCs w:val="20"/>
        </w:rPr>
      </w:pPr>
      <w:r w:rsidRPr="00C131C7">
        <w:rPr>
          <w:sz w:val="20"/>
          <w:szCs w:val="20"/>
        </w:rPr>
        <w:br/>
      </w:r>
      <w:r w:rsidRPr="00C131C7">
        <w:rPr>
          <w:b/>
          <w:bCs/>
          <w:sz w:val="20"/>
          <w:szCs w:val="20"/>
        </w:rPr>
        <w:t xml:space="preserve">Oświadczam, że na ww. koszty, o których zwrot się ubiegam, nie otrzymałem/am </w:t>
      </w:r>
      <w:proofErr w:type="spellStart"/>
      <w:r w:rsidRPr="00C131C7">
        <w:rPr>
          <w:b/>
          <w:bCs/>
          <w:sz w:val="20"/>
          <w:szCs w:val="20"/>
        </w:rPr>
        <w:t>dofinansowania</w:t>
      </w:r>
      <w:proofErr w:type="spellEnd"/>
      <w:r w:rsidRPr="00C131C7">
        <w:rPr>
          <w:b/>
          <w:bCs/>
          <w:sz w:val="20"/>
          <w:szCs w:val="20"/>
        </w:rPr>
        <w:t xml:space="preserve"> z </w:t>
      </w:r>
      <w:proofErr w:type="spellStart"/>
      <w:r w:rsidRPr="00C131C7">
        <w:rPr>
          <w:b/>
          <w:bCs/>
          <w:sz w:val="20"/>
          <w:szCs w:val="20"/>
        </w:rPr>
        <w:t>innych</w:t>
      </w:r>
      <w:proofErr w:type="spellEnd"/>
      <w:r w:rsidRPr="00C131C7">
        <w:rPr>
          <w:b/>
          <w:bCs/>
          <w:sz w:val="20"/>
          <w:szCs w:val="20"/>
        </w:rPr>
        <w:t xml:space="preserve"> </w:t>
      </w:r>
      <w:proofErr w:type="spellStart"/>
      <w:r w:rsidRPr="00C131C7">
        <w:rPr>
          <w:b/>
          <w:bCs/>
          <w:sz w:val="20"/>
          <w:szCs w:val="20"/>
        </w:rPr>
        <w:t>źródeł</w:t>
      </w:r>
      <w:proofErr w:type="spellEnd"/>
      <w:r w:rsidRPr="00C131C7">
        <w:rPr>
          <w:b/>
          <w:bCs/>
          <w:sz w:val="20"/>
          <w:szCs w:val="20"/>
        </w:rPr>
        <w:t>.</w:t>
      </w:r>
    </w:p>
    <w:p w14:paraId="50BEE16F" w14:textId="557BDF77" w:rsidR="00B51F13" w:rsidRPr="00C131C7" w:rsidRDefault="00000000">
      <w:pPr>
        <w:rPr>
          <w:b/>
          <w:bCs/>
          <w:sz w:val="20"/>
          <w:szCs w:val="20"/>
        </w:rPr>
      </w:pPr>
      <w:r w:rsidRPr="00C131C7">
        <w:rPr>
          <w:b/>
          <w:bCs/>
          <w:sz w:val="20"/>
          <w:szCs w:val="20"/>
        </w:rPr>
        <w:br/>
      </w:r>
      <w:r w:rsidRPr="00C131C7">
        <w:rPr>
          <w:b/>
          <w:bCs/>
          <w:sz w:val="20"/>
          <w:szCs w:val="20"/>
        </w:rPr>
        <w:br/>
        <w:t>.................................................................</w:t>
      </w:r>
    </w:p>
    <w:p w14:paraId="45DB460D" w14:textId="77777777" w:rsidR="00B51F13" w:rsidRPr="00C131C7" w:rsidRDefault="00000000">
      <w:pPr>
        <w:rPr>
          <w:b/>
          <w:bCs/>
          <w:sz w:val="20"/>
          <w:szCs w:val="20"/>
        </w:rPr>
      </w:pPr>
      <w:r w:rsidRPr="00C131C7">
        <w:rPr>
          <w:b/>
          <w:bCs/>
          <w:sz w:val="20"/>
          <w:szCs w:val="20"/>
        </w:rPr>
        <w:t>Podpis wnioskodawcy</w:t>
      </w:r>
    </w:p>
    <w:sectPr w:rsidR="00B51F13" w:rsidRPr="00C131C7" w:rsidSect="00C131C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8083352">
    <w:abstractNumId w:val="8"/>
  </w:num>
  <w:num w:numId="2" w16cid:durableId="48305738">
    <w:abstractNumId w:val="6"/>
  </w:num>
  <w:num w:numId="3" w16cid:durableId="545534044">
    <w:abstractNumId w:val="5"/>
  </w:num>
  <w:num w:numId="4" w16cid:durableId="1856773319">
    <w:abstractNumId w:val="4"/>
  </w:num>
  <w:num w:numId="5" w16cid:durableId="664672670">
    <w:abstractNumId w:val="7"/>
  </w:num>
  <w:num w:numId="6" w16cid:durableId="722751981">
    <w:abstractNumId w:val="3"/>
  </w:num>
  <w:num w:numId="7" w16cid:durableId="237440550">
    <w:abstractNumId w:val="2"/>
  </w:num>
  <w:num w:numId="8" w16cid:durableId="1912806779">
    <w:abstractNumId w:val="1"/>
  </w:num>
  <w:num w:numId="9" w16cid:durableId="10449850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8E1173"/>
    <w:rsid w:val="00AA1D8D"/>
    <w:rsid w:val="00B47730"/>
    <w:rsid w:val="00B51F13"/>
    <w:rsid w:val="00C131C7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020C4C"/>
  <w14:defaultImageDpi w14:val="300"/>
  <w15:docId w15:val="{14FD0196-ABD9-437F-87AC-7C294D492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  <w:rPr>
      <w:rFonts w:ascii="Calibri" w:hAnsi="Calibri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Kamila Gosiewska</cp:lastModifiedBy>
  <cp:revision>2</cp:revision>
  <dcterms:created xsi:type="dcterms:W3CDTF">2013-12-23T23:15:00Z</dcterms:created>
  <dcterms:modified xsi:type="dcterms:W3CDTF">2025-06-06T13:21:00Z</dcterms:modified>
  <cp:category/>
</cp:coreProperties>
</file>